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虚拟灭火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消防体验 · 虚拟灭火互动系统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虚拟灭火系统通过模拟真实灭火场景，让参观者体验灭火器使用方法，学习消防知识，适用于安全教育、消防培训等场景。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模拟真实灭火场景，沉浸式体验</w:t>
      </w:r>
    </w:p>
    <w:p>
      <w:pPr>
        <w:pStyle w:val="ListBullet"/>
      </w:pPr>
      <w:r>
        <w:t>支持多种火情类型模拟</w:t>
      </w:r>
    </w:p>
    <w:p>
      <w:pPr>
        <w:pStyle w:val="ListBullet"/>
      </w:pPr>
      <w:r>
        <w:t>操作步骤引导，学习灭火器正确使用方法</w:t>
      </w:r>
    </w:p>
    <w:p>
      <w:pPr>
        <w:pStyle w:val="ListBullet"/>
      </w:pPr>
      <w:r>
        <w:t>支持成绩评定和体验记录</w:t>
      </w:r>
    </w:p>
    <w:p>
      <w:pPr>
        <w:pStyle w:val="ListBullet"/>
      </w:pPr>
      <w:r>
        <w:t>内容可定制，适应不同培训需求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投影/显示屏 + 模拟灭火器道具 + 感应设备 + 控制主机 + 音响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安全教育馆、消防体验中心、学校、社区、企业安全培训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宁夏灵武一中灭火体验.mp4</w:t>
      </w:r>
    </w:p>
    <w:p>
      <w:pPr>
        <w:pStyle w:val="ListBullet"/>
      </w:pPr>
      <w:r>
        <w:t xml:space="preserve">  · 灵宝消防.mp4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