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空中翻书系统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电子翻书 · 隔空翻书 · 体感翻书系统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空中翻书系统模拟真实翻书体验，参观者通过手势或触摸操作，即可「翻阅」电子书籍、PDF文档、图片集，适用于文献展示、历史资料查阅等场景。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支持PDF、图片翻书，图片和视频格式融合翻书</w:t>
      </w:r>
    </w:p>
    <w:p>
      <w:pPr>
        <w:pStyle w:val="ListBullet"/>
      </w:pPr>
      <w:r>
        <w:t>支持隔空翻书版（红外探头，80cm感应距离）</w:t>
      </w:r>
    </w:p>
    <w:p>
      <w:pPr>
        <w:pStyle w:val="ListBullet"/>
      </w:pPr>
      <w:r>
        <w:t>支持投影翻书版（红外摄像头，2.5m感应距离）</w:t>
      </w:r>
    </w:p>
    <w:p>
      <w:pPr>
        <w:pStyle w:val="ListBullet"/>
      </w:pPr>
      <w:r>
        <w:t>支持体感翻书版（Kinect手势无触摸翻书）</w:t>
      </w:r>
    </w:p>
    <w:p>
      <w:pPr>
        <w:pStyle w:val="ListBullet"/>
      </w:pPr>
      <w:r>
        <w:t>支持自定义背景、功能按钮，无限层级子页面</w:t>
      </w:r>
    </w:p>
    <w:p>
      <w:pPr>
        <w:pStyle w:val="ListBullet"/>
      </w:pPr>
      <w:r>
        <w:t>支持后台资料更新，开机自启、自动关机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I3四代以上，内存4G，Windows + 红外探头/摄像头/Kinect（视版本）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博物馆、图书馆、校史馆、档案馆、企业展厅、党建馆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IMG_1149.mp4</w:t>
      </w:r>
    </w:p>
    <w:p>
      <w:pPr>
        <w:pStyle w:val="ListBullet"/>
      </w:pPr>
      <w:r>
        <w:t xml:space="preserve">  · 东宁博物馆电子翻书1.mp4</w:t>
      </w:r>
    </w:p>
    <w:p>
      <w:pPr>
        <w:pStyle w:val="ListBullet"/>
      </w:pPr>
      <w:r>
        <w:t xml:space="preserve">  · 东宁博物馆电子翻书2.mp4</w:t>
      </w:r>
    </w:p>
    <w:p>
      <w:pPr>
        <w:pStyle w:val="ListBullet"/>
      </w:pPr>
      <w:r>
        <w:t xml:space="preserve">  · 原阳酱卤博物馆触摸屏.mp4</w:t>
      </w:r>
    </w:p>
    <w:p>
      <w:pPr>
        <w:pStyle w:val="ListBullet"/>
      </w:pPr>
      <w:r>
        <w:t xml:space="preserve">  · 江西农业大学翻书.mp4</w:t>
      </w:r>
    </w:p>
    <w:p>
      <w:pPr>
        <w:pStyle w:val="ListBullet"/>
      </w:pPr>
      <w:r>
        <w:t xml:space="preserve">  · 电子翻书.mp4</w:t>
      </w:r>
    </w:p>
    <w:p>
      <w:pPr>
        <w:pStyle w:val="ListBullet"/>
      </w:pPr>
      <w:r>
        <w:t xml:space="preserve">  · 荆州职业技术学院翻书.mp4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