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趣味答题系统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互动答题 · 知识竞赛 · 多人PK系统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趣味答题系统支持单选、多选、判断题等多种题型，可随机从题库抽取题目，支持单人、双人、多人PK模式，适用于知识竞赛、党建学习、安全培训等场景。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支持单选、多选、判断题，Excel表管理题库</w:t>
      </w:r>
    </w:p>
    <w:p>
      <w:pPr>
        <w:pStyle w:val="ListBullet"/>
      </w:pPr>
      <w:r>
        <w:t>支持单人、2-4人PK模式，限时答题计分</w:t>
      </w:r>
    </w:p>
    <w:p>
      <w:pPr>
        <w:pStyle w:val="ListBullet"/>
      </w:pPr>
      <w:r>
        <w:t>支持手机版答题（扫码进入，排行榜展示）</w:t>
      </w:r>
    </w:p>
    <w:p>
      <w:pPr>
        <w:pStyle w:val="ListBullet"/>
      </w:pPr>
      <w:r>
        <w:t>支持脚踩版、物理按钮版等多种交互方式</w:t>
      </w:r>
    </w:p>
    <w:p>
      <w:pPr>
        <w:pStyle w:val="ListBullet"/>
      </w:pPr>
      <w:r>
        <w:t>答对答错动效提示，答完可拍照留念</w:t>
      </w:r>
    </w:p>
    <w:p>
      <w:pPr>
        <w:pStyle w:val="ListBullet"/>
      </w:pPr>
      <w:r>
        <w:t>支持二维码保存成绩单，打印成绩单</w:t>
      </w:r>
    </w:p>
    <w:p>
      <w:pPr>
        <w:pStyle w:val="ListBullet"/>
      </w:pPr>
      <w:r>
        <w:t>支持拼图游戏、学科树等趣味互动形式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I3/I5四代以上，内存4G，Windows + 触摸一体机/红外感应/物理按钮（视版本）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博物馆、党建馆、学校、安全教育基地、展会活动、企业培训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原阳酱卤博物馆拼图游戏.mp4</w:t>
      </w:r>
    </w:p>
    <w:p>
      <w:pPr>
        <w:pStyle w:val="ListBullet"/>
      </w:pPr>
      <w:r>
        <w:t xml:space="preserve">  · 知识互动竖屏版.mp4</w:t>
      </w:r>
    </w:p>
    <w:p>
      <w:pPr>
        <w:pStyle w:val="ListBullet"/>
      </w:pPr>
      <w:r>
        <w:t xml:space="preserve">  · 蚌埠医学院学科树.mp4</w:t>
      </w:r>
    </w:p>
    <w:p>
      <w:pPr>
        <w:pStyle w:val="ListBullet"/>
      </w:pPr>
      <w:r>
        <w:t xml:space="preserve">  · 蚌埠医学院学科树02.mp4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