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体感互动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Kinect真人体感互动投影系统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基于微软Kinect体感设备与计算机视觉技术，通过感应参与者的动作和动态信息，生成对应的互动场景，实现实时反馈和交互，无需接触即可操作。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真人体感捕捉，无需触摸设备</w:t>
      </w:r>
    </w:p>
    <w:p>
      <w:pPr>
        <w:pStyle w:val="ListBullet"/>
      </w:pPr>
      <w:r>
        <w:t>支持虚拟拍照、虚拟试衣、切水果等互动游戏</w:t>
      </w:r>
    </w:p>
    <w:p>
      <w:pPr>
        <w:pStyle w:val="ListBullet"/>
      </w:pPr>
      <w:r>
        <w:t>支持多人同时感应，同时操作</w:t>
      </w:r>
    </w:p>
    <w:p>
      <w:pPr>
        <w:pStyle w:val="ListBullet"/>
      </w:pPr>
      <w:r>
        <w:t>体感控制模拟Windows鼠标和键盘操作</w:t>
      </w:r>
    </w:p>
    <w:p>
      <w:pPr>
        <w:pStyle w:val="ListBullet"/>
      </w:pPr>
      <w:r>
        <w:t>互动内容可自由更换素材</w:t>
      </w:r>
    </w:p>
    <w:p>
      <w:pPr>
        <w:pStyle w:val="ListBullet"/>
      </w:pPr>
      <w:r>
        <w:t>支持3D效果呈现（3D版）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I5八代以上，内存8G，Windows10 + 微软Xbox Kinect + dx11图形适配器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博物馆、科技馆、商场、KTV、游乐园、展馆互动体验区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体感互动案例01.mp4</w:t>
      </w:r>
    </w:p>
    <w:p>
      <w:pPr>
        <w:pStyle w:val="ListBullet"/>
      </w:pPr>
      <w:r>
        <w:t xml:space="preserve">  · 南昌师范学院拼接互动体感.mp4</w:t>
      </w:r>
    </w:p>
    <w:p>
      <w:pPr>
        <w:pStyle w:val="ListBullet"/>
      </w:pPr>
      <w:r>
        <w:t xml:space="preserve">  · 原阳酱卤博物馆体感互动.mp4</w:t>
      </w:r>
    </w:p>
    <w:p>
      <w:pPr>
        <w:pStyle w:val="ListBullet"/>
      </w:pPr>
      <w:r>
        <w:t xml:space="preserve">  · 温县陈家沟投影kinect互动.mp4</w:t>
      </w:r>
    </w:p>
    <w:p>
      <w:pPr>
        <w:pStyle w:val="ListBullet"/>
      </w:pPr>
      <w:r>
        <w:t xml:space="preserve">  · 黄河科技大学虚拟拍照.mp4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大屏互动-6真人体感互动投影.png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