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幻影剧场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大型幻影立体投影互动系统 · 4折幕幻影成像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幻影剧场（幻影成像）利用光学成像原理，将影像投射到透明介质上，产生立体悬浮的视觉效果，结合声光电多媒体，打造沉浸式幻影剧场体验。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虚实结合的立体空间幻像，视觉效果震撼</w:t>
      </w:r>
    </w:p>
    <w:p>
      <w:pPr>
        <w:pStyle w:val="ListBullet"/>
      </w:pPr>
      <w:r>
        <w:t>支持人物、文物、产品等三维立体展示</w:t>
      </w:r>
    </w:p>
    <w:p>
      <w:pPr>
        <w:pStyle w:val="ListBullet"/>
      </w:pPr>
      <w:r>
        <w:t>可结合实物雕塑与虚拟影像互动</w:t>
      </w:r>
    </w:p>
    <w:p>
      <w:pPr>
        <w:pStyle w:val="ListBullet"/>
      </w:pPr>
      <w:r>
        <w:t>支持4折幕、270°弧幕等多种幕型</w:t>
      </w:r>
    </w:p>
    <w:p>
      <w:pPr>
        <w:pStyle w:val="ListBullet"/>
      </w:pPr>
      <w:r>
        <w:t>内容可定制：历史复原、产品演示、人物讲述等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投影机 + 幻影成像膜/玻璃 + 布面背景 + 主控制机 + LED补光 + 音响系统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博物馆、企业展厅、科技馆、非遗展示、产品发布会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中医学院幻影成像.mp4</w:t>
      </w:r>
    </w:p>
    <w:p>
      <w:pPr>
        <w:pStyle w:val="ListBullet"/>
      </w:pPr>
      <w:r>
        <w:t xml:space="preserve">  · 中医药大学幻影成像.mp4</w:t>
      </w:r>
    </w:p>
    <w:p>
      <w:pPr>
        <w:pStyle w:val="ListBullet"/>
      </w:pPr>
      <w:r>
        <w:t xml:space="preserve">  · 原阳酱卤博物馆幻影成像b--.mp4</w:t>
      </w:r>
    </w:p>
    <w:p>
      <w:pPr>
        <w:pStyle w:val="ListBullet"/>
      </w:pPr>
      <w:r>
        <w:t xml:space="preserve">  · 太极拳.mp4</w:t>
      </w:r>
    </w:p>
    <w:p>
      <w:pPr>
        <w:pStyle w:val="ListBullet"/>
      </w:pPr>
      <w:r>
        <w:t xml:space="preserve">  · 幻影成像案例01.mp4</w:t>
      </w:r>
    </w:p>
    <w:p>
      <w:pPr>
        <w:pStyle w:val="ListBullet"/>
      </w:pPr>
      <w:r>
        <w:t xml:space="preserve">  · 幻影成像案例02.mp4</w:t>
      </w:r>
    </w:p>
    <w:p>
      <w:pPr>
        <w:pStyle w:val="ListBullet"/>
      </w:pPr>
      <w:r>
        <w:t xml:space="preserve">  · 铁路学院幻影成像.mp4</w:t>
      </w:r>
    </w:p>
    <w:p>
      <w:pPr>
        <w:pStyle w:val="ListBullet"/>
      </w:pPr>
      <w:r>
        <w:t xml:space="preserve">  · 陈家沟太极幻影成像3.mp4</w:t>
      </w:r>
    </w:p>
    <w:p>
      <w:pPr>
        <w:pStyle w:val="ListBullet"/>
      </w:pPr>
      <w:r>
        <w:t xml:space="preserve">  · 陈家沟太极幻影成像4.mp4</w:t>
      </w:r>
    </w:p>
    <w:p>
      <w:pPr>
        <w:pStyle w:val="ListBullet"/>
      </w:pPr>
      <w:r>
        <w:t>图片素材：</w:t>
      </w:r>
    </w:p>
    <w:p>
      <w:pPr>
        <w:pStyle w:val="ListBullet"/>
      </w:pPr>
      <w:r>
        <w:t xml:space="preserve">  · 大屏互动-8大型幻影立体投影互动系统.png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