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桌面互动投影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互动桌面(吧台)投影系统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桌面互动投影系统将互动画面投射于桌面或吧台表面，参观者通过触摸桌面与内容进行交互，适用于餐饮、酒吧、产品展示等场景。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桌面/吧台表面投影互动</w:t>
      </w:r>
    </w:p>
    <w:p>
      <w:pPr>
        <w:pStyle w:val="ListBullet"/>
      </w:pPr>
      <w:r>
        <w:t>支持触摸、手势多种交互方式</w:t>
      </w:r>
    </w:p>
    <w:p>
      <w:pPr>
        <w:pStyle w:val="ListBullet"/>
      </w:pPr>
      <w:r>
        <w:t>内容可定制：菜单、游戏、产品展示等</w:t>
      </w:r>
    </w:p>
    <w:p>
      <w:pPr>
        <w:pStyle w:val="ListBullet"/>
      </w:pPr>
      <w:r>
        <w:t>防水防油设计，适应餐饮环境</w:t>
      </w:r>
    </w:p>
    <w:p>
      <w:pPr>
        <w:pStyle w:val="ListBullet"/>
      </w:pPr>
      <w:r>
        <w:t>支持多人同时互动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短焦投影机 + 桌面互动捕捉设备 + 控制主机 + 音响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餐厅、酒吧、KTV、产品展示台、展会互动桌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图片素材：</w:t>
      </w:r>
    </w:p>
    <w:p>
      <w:pPr>
        <w:pStyle w:val="ListBullet"/>
      </w:pPr>
      <w:r>
        <w:t xml:space="preserve">  · 大屏互动-2互动桌面(吧台)投影.png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