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地面互动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SLAM人工智能 · 地面互动投影系统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地面互动投影利用捕捉设备对人们的动作进行捕捉，AI智能分析动作，将分析数据与互动系统结合，实现沉浸式互动体验。幻宇数字与晶鹰视创联合研发。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操作简单灵活，用户站在地面即可互动</w:t>
      </w:r>
    </w:p>
    <w:p>
      <w:pPr>
        <w:pStyle w:val="ListBullet"/>
      </w:pPr>
      <w:r>
        <w:t>支持多人同时参与，互不干预</w:t>
      </w:r>
    </w:p>
    <w:p>
      <w:pPr>
        <w:pStyle w:val="ListBullet"/>
      </w:pPr>
      <w:r>
        <w:t>内容更换快，可任意切换互动画面</w:t>
      </w:r>
    </w:p>
    <w:p>
      <w:pPr>
        <w:pStyle w:val="ListBullet"/>
      </w:pPr>
      <w:r>
        <w:t>尺寸不受限制，可根据场合任意调节</w:t>
      </w:r>
    </w:p>
    <w:p>
      <w:pPr>
        <w:pStyle w:val="ListBullet"/>
      </w:pPr>
      <w:r>
        <w:t>互动方式：雷达互动、红外框互动、摄像头互动、体感互动</w:t>
      </w:r>
    </w:p>
    <w:p>
      <w:pPr>
        <w:pStyle w:val="ListBullet"/>
      </w:pPr>
      <w:r>
        <w:t>经典效果：鱼水互动、光影粒子隧道、花丛飞舞等</w:t>
      </w:r>
    </w:p>
    <w:p>
      <w:pPr>
        <w:pStyle w:val="ListBullet"/>
      </w:pPr>
      <w:r>
        <w:t>新颖广告模式，适用于展会、商场等场合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投影机 + 投影机吊架 + 红外摄像头/激光雷达 + 控制主机 + 视频采集卡 + 线材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展会、商业中心、党建馆、科技馆、规划馆、博物馆、酒店、餐厅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内蒙地面互动.mp4</w:t>
      </w:r>
    </w:p>
    <w:p>
      <w:pPr>
        <w:pStyle w:val="ListBullet"/>
      </w:pPr>
      <w:r>
        <w:t xml:space="preserve">  · 地面互动小桥.mp4</w:t>
      </w:r>
    </w:p>
    <w:p>
      <w:pPr>
        <w:pStyle w:val="ListBullet"/>
      </w:pPr>
      <w:r>
        <w:t xml:space="preserve">  · 地面互动案例01.mp4</w:t>
      </w:r>
    </w:p>
    <w:p>
      <w:pPr>
        <w:pStyle w:val="ListBullet"/>
      </w:pPr>
      <w:r>
        <w:t xml:space="preserve">  · 峄城LED地面互动.mp4</w:t>
      </w:r>
    </w:p>
    <w:p>
      <w:pPr>
        <w:pStyle w:val="ListBullet"/>
      </w:pPr>
      <w:r>
        <w:t xml:space="preserve">  · 西峡步步生莲地面互动.mp4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大屏互动-4互动地面投影.png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